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829"/>
      </w:tblGrid>
      <w:tr w:rsidR="00893637" w:rsidRPr="005B49D6" w14:paraId="5DCCE745" w14:textId="77777777">
        <w:tc>
          <w:tcPr>
            <w:tcW w:w="0" w:type="auto"/>
          </w:tcPr>
          <w:p w14:paraId="55570373" w14:textId="77777777" w:rsidR="00B91E7E" w:rsidRPr="004036FB" w:rsidRDefault="00B91E7E" w:rsidP="00B91E7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bookmarkStart w:id="0" w:name="zarządzenie-nr-2026"/>
            <w:bookmarkStart w:id="1" w:name="burmistrza-miasta-i-gminy-serock"/>
            <w:bookmarkStart w:id="2" w:name="z-dnia--2026-r"/>
            <w:r w:rsidRPr="004036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Burmistrz Miasta i Gminy Serock</w:t>
            </w:r>
          </w:p>
          <w:p w14:paraId="265674D5" w14:textId="16844435" w:rsidR="00C70563" w:rsidRPr="00B91E7E" w:rsidRDefault="00B91E7E" w:rsidP="00B91E7E">
            <w:pPr>
              <w:jc w:val="righ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036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ul. Rynek 21, 05 - 140 Serock</w:t>
            </w:r>
          </w:p>
        </w:tc>
      </w:tr>
      <w:tr w:rsidR="00B91E7E" w:rsidRPr="005B49D6" w14:paraId="0806849A" w14:textId="77777777">
        <w:tc>
          <w:tcPr>
            <w:tcW w:w="0" w:type="auto"/>
          </w:tcPr>
          <w:p w14:paraId="162FA004" w14:textId="77777777" w:rsidR="00B91E7E" w:rsidRDefault="00B91E7E" w:rsidP="00B91E7E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D7B14FE" w14:textId="6B39744D" w:rsidR="00B91E7E" w:rsidRPr="004A76AB" w:rsidRDefault="00B91E7E" w:rsidP="00B91E7E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Cs w:val="24"/>
              </w:rPr>
              <w:t>WNIOSEK</w:t>
            </w:r>
          </w:p>
          <w:p w14:paraId="0E7DB7F2" w14:textId="3C1A7E9D" w:rsidR="00B91E7E" w:rsidRDefault="00B91E7E" w:rsidP="00B91E7E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Cs w:val="24"/>
              </w:rPr>
              <w:t xml:space="preserve">o przyznanie stypendium za osiągnięcia artystyczne </w:t>
            </w:r>
            <w:r w:rsidRPr="004A76AB">
              <w:rPr>
                <w:rFonts w:ascii="Times New Roman" w:hAnsi="Times New Roman" w:cs="Times New Roman"/>
                <w:b/>
                <w:bCs/>
                <w:szCs w:val="24"/>
              </w:rPr>
              <w:br/>
              <w:t>dla osób szczególnie wyróżniających się w dziedzinie kultury</w:t>
            </w:r>
          </w:p>
        </w:tc>
      </w:tr>
      <w:tr w:rsidR="00C70563" w:rsidRPr="005B49D6" w14:paraId="0D9FD14A" w14:textId="77777777">
        <w:tc>
          <w:tcPr>
            <w:tcW w:w="0" w:type="auto"/>
          </w:tcPr>
          <w:p w14:paraId="6EC81A24" w14:textId="298E9FCC" w:rsidR="00C70563" w:rsidRPr="004A76AB" w:rsidRDefault="00C70563" w:rsidP="0068336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A. WNIOSKODAWCA</w:t>
            </w:r>
          </w:p>
        </w:tc>
      </w:tr>
      <w:tr w:rsidR="00893637" w:rsidRPr="005B49D6" w14:paraId="298740B0" w14:textId="77777777">
        <w:tc>
          <w:tcPr>
            <w:tcW w:w="0" w:type="auto"/>
          </w:tcPr>
          <w:p w14:paraId="18D11E61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A1. Podmiot uprawniony do składania wniosku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(znakiem „x“ zaznaczyć właściwe):</w:t>
            </w:r>
          </w:p>
        </w:tc>
      </w:tr>
      <w:tr w:rsidR="00893637" w:rsidRPr="005B49D6" w14:paraId="7D1E5DD2" w14:textId="77777777">
        <w:tc>
          <w:tcPr>
            <w:tcW w:w="0" w:type="auto"/>
          </w:tcPr>
          <w:p w14:paraId="44C9646C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instytucja kultury, fundacja, stowarzyszenie, których celem statutowym jest działalność kulturalna, działające na terenie Miasta i Gminy Serock – na podstawie zgody osoby ubiegającej się o stypendium lub jej przedstawiciela ustawowego bądź opiekuna prawnego</w:t>
            </w:r>
          </w:p>
        </w:tc>
      </w:tr>
      <w:tr w:rsidR="00893637" w:rsidRPr="005B49D6" w14:paraId="1C4FCAB3" w14:textId="77777777">
        <w:tc>
          <w:tcPr>
            <w:tcW w:w="0" w:type="auto"/>
          </w:tcPr>
          <w:p w14:paraId="11023249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placówka oświatowo-wychowawcza działająca na terenie Miasta i Gminy Serock – na podstawie zgody osoby ubiegającej się o stypendium lub jej przedstawiciela ustawowego bądź opiekuna prawnego</w:t>
            </w:r>
          </w:p>
        </w:tc>
      </w:tr>
      <w:tr w:rsidR="00893637" w:rsidRPr="005B49D6" w14:paraId="33B959E7" w14:textId="77777777">
        <w:tc>
          <w:tcPr>
            <w:tcW w:w="0" w:type="auto"/>
          </w:tcPr>
          <w:p w14:paraId="3C200700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osoba ubiegająca się o stypendium</w:t>
            </w:r>
          </w:p>
        </w:tc>
      </w:tr>
      <w:tr w:rsidR="00893637" w:rsidRPr="005B49D6" w14:paraId="5D1810A5" w14:textId="77777777">
        <w:tc>
          <w:tcPr>
            <w:tcW w:w="0" w:type="auto"/>
          </w:tcPr>
          <w:p w14:paraId="68BAB0A8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przedstawiciel ustawowy lub opiekun prawny – w przypadku osoby niepełnoletniej</w:t>
            </w:r>
          </w:p>
        </w:tc>
      </w:tr>
      <w:tr w:rsidR="00893637" w:rsidRPr="005B49D6" w14:paraId="58E74F5A" w14:textId="77777777">
        <w:tc>
          <w:tcPr>
            <w:tcW w:w="0" w:type="auto"/>
          </w:tcPr>
          <w:p w14:paraId="7F436E31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A2. Dane wnioskodawcy</w:t>
            </w:r>
          </w:p>
        </w:tc>
      </w:tr>
      <w:tr w:rsidR="00893637" w:rsidRPr="005B49D6" w14:paraId="60BCDA8F" w14:textId="77777777">
        <w:tc>
          <w:tcPr>
            <w:tcW w:w="0" w:type="auto"/>
          </w:tcPr>
          <w:p w14:paraId="65A33C50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Nazwa podmiotu / imię i nazwisko:</w:t>
            </w:r>
          </w:p>
          <w:p w14:paraId="13EC1816" w14:textId="77777777" w:rsidR="004A76AB" w:rsidRDefault="004A76AB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C0BC8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18C8D95D" w14:textId="77777777">
        <w:tc>
          <w:tcPr>
            <w:tcW w:w="0" w:type="auto"/>
          </w:tcPr>
          <w:p w14:paraId="3777E934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Dane adresowe (miejscowość; ulica; numer domu/lokalu; kod pocztowy i poczta):</w:t>
            </w:r>
          </w:p>
          <w:p w14:paraId="2B4F37B7" w14:textId="77777777" w:rsidR="004A76AB" w:rsidRDefault="004A76AB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99729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0C2B3C09" w14:textId="77777777">
        <w:tc>
          <w:tcPr>
            <w:tcW w:w="0" w:type="auto"/>
          </w:tcPr>
          <w:p w14:paraId="0A83C466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Telefon kontaktowy / adres e-mail:</w:t>
            </w:r>
          </w:p>
          <w:p w14:paraId="6C47739D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40448056" w14:textId="77777777">
        <w:tc>
          <w:tcPr>
            <w:tcW w:w="0" w:type="auto"/>
          </w:tcPr>
          <w:p w14:paraId="369F37F5" w14:textId="0E3A3CEC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Imię i nazwisko oraz funkcja osoby reprezentującej podmiot (jeżeli wniosek składa </w:t>
            </w:r>
            <w:r w:rsidR="005B467A" w:rsidRPr="004A76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inny </w:t>
            </w:r>
            <w:r w:rsidRPr="004A76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podmiot</w:t>
            </w:r>
            <w:r w:rsidR="005B467A" w:rsidRPr="004A76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niż osoba ubiegająca się o stypendium jej przedstawiciel ustawowy lub opiekun prawny</w:t>
            </w:r>
            <w:r w:rsidRPr="004A76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</w:t>
            </w:r>
          </w:p>
          <w:p w14:paraId="4F7F0B64" w14:textId="77777777" w:rsidR="0068336D" w:rsidRPr="004A76AB" w:rsidRDefault="0068336D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0A366" w14:textId="77777777" w:rsidR="0068336D" w:rsidRPr="004A76AB" w:rsidRDefault="0068336D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ACB41" w14:textId="77777777" w:rsidR="00B45642" w:rsidRPr="004A76AB" w:rsidRDefault="00B4564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4FA30A93" w14:textId="77777777" w:rsidTr="00386638">
        <w:trPr>
          <w:trHeight w:val="416"/>
        </w:trPr>
        <w:tc>
          <w:tcPr>
            <w:tcW w:w="0" w:type="auto"/>
          </w:tcPr>
          <w:p w14:paraId="1EFC49AC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B. TREŚĆ WNIOSKU</w:t>
            </w:r>
          </w:p>
        </w:tc>
      </w:tr>
      <w:tr w:rsidR="00893637" w:rsidRPr="005B49D6" w14:paraId="7F367712" w14:textId="77777777">
        <w:tc>
          <w:tcPr>
            <w:tcW w:w="0" w:type="auto"/>
          </w:tcPr>
          <w:p w14:paraId="3CD980FE" w14:textId="1B5FC80E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Na podstawie </w:t>
            </w:r>
            <w:r w:rsidR="002E6291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Regulaminu przyznawania stypendiów i nagród za osiągnięcia artystyczne dla osób szczególnie wyróżniających się w dziedzinie kultury, stanowiącego załącznik do uchwały Nr 308/XXXIII/2026 Rady Miejskiej w Serocku z dnia 29 kwietnia 2026 r. w sprawie określenia zasad przyznawania stypendiów i nagród za osiągnięcia artystyczne przez Miasto i Gminę Serock dla osób szczególnie wyróżniających się w dziedzinie kultury (Dz. Urz. Woj. </w:t>
            </w:r>
            <w:proofErr w:type="spellStart"/>
            <w:r w:rsidR="002E6291" w:rsidRPr="004A76AB">
              <w:rPr>
                <w:rFonts w:ascii="Times New Roman" w:hAnsi="Times New Roman" w:cs="Times New Roman"/>
                <w:sz w:val="20"/>
                <w:szCs w:val="20"/>
              </w:rPr>
              <w:t>Maz</w:t>
            </w:r>
            <w:proofErr w:type="spellEnd"/>
            <w:r w:rsidR="002E6291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. z 2026 r. poz. 4507), zmienionej uchwałą Nr 342/XXXVI/2026 Rady Miejskiej w Serocku z dnia 1 lipca 2026 r. zmieniającą uchwałę w sprawie określenia zasad przyznawania stypendiów i nagród za osiągnięcia artystyczne przez Miasto i Gminę Serock dla osób szczególnie wyróżniających się w dziedzinie kultury (Dz. Urz. Woj. </w:t>
            </w:r>
            <w:proofErr w:type="spellStart"/>
            <w:r w:rsidR="002E6291" w:rsidRPr="004A76AB">
              <w:rPr>
                <w:rFonts w:ascii="Times New Roman" w:hAnsi="Times New Roman" w:cs="Times New Roman"/>
                <w:sz w:val="20"/>
                <w:szCs w:val="20"/>
              </w:rPr>
              <w:t>Maz</w:t>
            </w:r>
            <w:proofErr w:type="spellEnd"/>
            <w:r w:rsidR="002E6291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. z 2026 r. poz. 6777) 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– dalej „uchwała“ – wnioskuję o przyznanie stypendium za osiągnięcia artystyczne dla następującej osoby</w:t>
            </w:r>
          </w:p>
        </w:tc>
      </w:tr>
      <w:tr w:rsidR="00893637" w:rsidRPr="005B49D6" w14:paraId="261DD5CE" w14:textId="77777777">
        <w:tc>
          <w:tcPr>
            <w:tcW w:w="0" w:type="auto"/>
          </w:tcPr>
          <w:p w14:paraId="69BFBD5B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Imię i nazwisko kandydata do stypendium:</w:t>
            </w:r>
          </w:p>
          <w:p w14:paraId="6782F5D5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538A901A" w14:textId="77777777">
        <w:tc>
          <w:tcPr>
            <w:tcW w:w="0" w:type="auto"/>
          </w:tcPr>
          <w:p w14:paraId="37076333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Data i miejsce urodzenia / PESEL (celem wystawienia deklaracji podatkowej PIT):</w:t>
            </w:r>
          </w:p>
          <w:p w14:paraId="61A0091D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3F12A72B" w14:textId="77777777">
        <w:tc>
          <w:tcPr>
            <w:tcW w:w="0" w:type="auto"/>
          </w:tcPr>
          <w:p w14:paraId="7FEE224B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Adres zamieszkania:</w:t>
            </w:r>
          </w:p>
          <w:p w14:paraId="05C704E0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31BD03D8" w14:textId="77777777">
        <w:tc>
          <w:tcPr>
            <w:tcW w:w="0" w:type="auto"/>
          </w:tcPr>
          <w:p w14:paraId="2BEA3E7E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Adres do korespondencji (jeżeli jest inny niż adres zamieszkania):</w:t>
            </w:r>
          </w:p>
          <w:p w14:paraId="49A3F363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02F66398" w14:textId="77777777">
        <w:tc>
          <w:tcPr>
            <w:tcW w:w="0" w:type="auto"/>
          </w:tcPr>
          <w:p w14:paraId="56800854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Telefon kontaktowy / adres e-mail:</w:t>
            </w:r>
          </w:p>
          <w:p w14:paraId="3B493801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54F91116" w14:textId="77777777">
        <w:tc>
          <w:tcPr>
            <w:tcW w:w="0" w:type="auto"/>
          </w:tcPr>
          <w:p w14:paraId="25070E78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Reprezentowana instytucja kultury z terenu Miasta i Gminy Serock (jeżeli kandydat nie zamieszkuje na terenie gminy):</w:t>
            </w:r>
            <w:r w:rsidR="00C37EFF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5780E8" w14:textId="19E7157B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1C61958A" w14:textId="77777777">
        <w:tc>
          <w:tcPr>
            <w:tcW w:w="0" w:type="auto"/>
          </w:tcPr>
          <w:p w14:paraId="41F45CD3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Imię i nazwisko przedstawiciela ustawowego / opiekuna prawnego (w przypadku osoby niepełnoletniej):</w:t>
            </w:r>
          </w:p>
          <w:p w14:paraId="72114A70" w14:textId="77777777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696BEACA" w14:textId="77777777">
        <w:tc>
          <w:tcPr>
            <w:tcW w:w="0" w:type="auto"/>
          </w:tcPr>
          <w:p w14:paraId="66B28381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 UZASADNIENIE WNIOSKU</w:t>
            </w:r>
          </w:p>
        </w:tc>
      </w:tr>
      <w:tr w:rsidR="00893637" w:rsidRPr="005B49D6" w14:paraId="6BDB6B14" w14:textId="77777777">
        <w:tc>
          <w:tcPr>
            <w:tcW w:w="0" w:type="auto"/>
          </w:tcPr>
          <w:p w14:paraId="6C1B3C0B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 Dziedzina, w której kandydat uzyskał osiągnięcia artystyczne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(zgodnie z § 1 ust. 2 Regulaminu; zaznaczyć znakiem „x“ właściwą dziedzinę):</w:t>
            </w:r>
          </w:p>
        </w:tc>
      </w:tr>
      <w:tr w:rsidR="00893637" w:rsidRPr="005B49D6" w14:paraId="4F5C9261" w14:textId="77777777">
        <w:tc>
          <w:tcPr>
            <w:tcW w:w="0" w:type="auto"/>
          </w:tcPr>
          <w:p w14:paraId="719C95F9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sztuki plastyczne </w:t>
            </w: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film </w:t>
            </w: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literatura </w:t>
            </w: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fotografia </w:t>
            </w: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muzyka</w:t>
            </w:r>
            <w:r w:rsidR="009D53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332"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D5332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śpiew</w:t>
            </w:r>
            <w:r w:rsidR="009D53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332"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D5332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taniec</w:t>
            </w:r>
            <w:r w:rsidR="009D53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332"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9D5332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teatr</w:t>
            </w:r>
          </w:p>
          <w:p w14:paraId="5BA7CC7C" w14:textId="7E0C78BF" w:rsidR="009D5332" w:rsidRPr="004A76AB" w:rsidRDefault="009D533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sztuki wizualne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upowszechnianie kultury</w:t>
            </w:r>
          </w:p>
        </w:tc>
      </w:tr>
      <w:tr w:rsidR="00893637" w:rsidRPr="005B49D6" w14:paraId="537727EC" w14:textId="77777777">
        <w:tc>
          <w:tcPr>
            <w:tcW w:w="0" w:type="auto"/>
          </w:tcPr>
          <w:p w14:paraId="07F40276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C2. Informacja o edukacji artystycznej / doskonaleniu warsztatu artystycznego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(podjęta lub kontynuowana edukacja artystyczna, studia artystyczne albo inna forma doskonalenia warsztatu – nazwa szkoły/uczelni/placówki, kierunek, klasa/rok, forma doskonalenia):</w:t>
            </w:r>
          </w:p>
          <w:p w14:paraId="3BDF88F7" w14:textId="77777777" w:rsidR="00C70563" w:rsidRDefault="00C70563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51779" w14:textId="77777777" w:rsidR="00DC162E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659E50" w14:textId="77777777" w:rsidR="00386638" w:rsidRPr="004A76AB" w:rsidRDefault="00386638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36A268F8" w14:textId="77777777">
        <w:tc>
          <w:tcPr>
            <w:tcW w:w="0" w:type="auto"/>
          </w:tcPr>
          <w:p w14:paraId="7F5DE875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C3. Osiągnięcia i sukcesy artystyczne uzyskane w okresie 12 miesięcy przed złożeniem wniosku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(nazwa koncertu, wystawy, przeglądu, konkursu, festiwalu, turnieju lub przeglądu artystycznego, organizator, zasięg, miejsce i data, zajęta lokata, potwierdzenie dyplomem):</w:t>
            </w:r>
          </w:p>
          <w:p w14:paraId="050F2C57" w14:textId="77777777" w:rsidR="00386638" w:rsidRDefault="00386638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EB1FE" w14:textId="77777777" w:rsidR="00DC162E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32B57" w14:textId="77777777" w:rsidR="00DC162E" w:rsidRPr="004A76AB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071EA250" w14:textId="77777777">
        <w:tc>
          <w:tcPr>
            <w:tcW w:w="0" w:type="auto"/>
          </w:tcPr>
          <w:p w14:paraId="1F52A561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C4. Cel, jaki kandydat zamierza osiągnąć dzięki otrzymanemu stypendium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(§ 3 ust. 3 pkt 2 Regulaminu):</w:t>
            </w:r>
          </w:p>
          <w:p w14:paraId="363670D1" w14:textId="77777777" w:rsidR="00C70563" w:rsidRDefault="00C70563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E7816" w14:textId="77777777" w:rsidR="00DC162E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939A3" w14:textId="77777777" w:rsidR="00DC162E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E52E3" w14:textId="77777777" w:rsidR="00C70563" w:rsidRPr="004A76AB" w:rsidRDefault="00C70563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348FCADC" w14:textId="77777777">
        <w:tc>
          <w:tcPr>
            <w:tcW w:w="0" w:type="auto"/>
          </w:tcPr>
          <w:p w14:paraId="5A6386B5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C5. Znaczenie dokonań kandydata dla kultury, w tym wkład w rozwój kultury oraz kształtowanie tożsamości gminy Miasto i Gmina Serock, promowanie młodych talentów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(§ 3 ust. 3 pkt 1, 3 i 4 Regulaminu):</w:t>
            </w:r>
          </w:p>
          <w:p w14:paraId="3804A10E" w14:textId="77777777" w:rsidR="00DE3D87" w:rsidRDefault="00DE3D8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5888E" w14:textId="77777777" w:rsidR="00DC162E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EB22A" w14:textId="77777777" w:rsidR="00DC162E" w:rsidRPr="004A76AB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464E7" w14:textId="77777777" w:rsidR="00DE3D87" w:rsidRPr="004A76AB" w:rsidRDefault="00DE3D8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2E7" w:rsidRPr="005B49D6" w14:paraId="689ACB81" w14:textId="77777777" w:rsidTr="008B62E7">
        <w:trPr>
          <w:trHeight w:val="613"/>
        </w:trPr>
        <w:tc>
          <w:tcPr>
            <w:tcW w:w="0" w:type="auto"/>
          </w:tcPr>
          <w:p w14:paraId="0B6624B4" w14:textId="191942B4" w:rsidR="008B62E7" w:rsidRPr="004A76AB" w:rsidRDefault="008B62E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C6. Załączniki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(zaznaczyć znakiem „x“ dokumenty załączane do wniosku):</w:t>
            </w:r>
          </w:p>
        </w:tc>
      </w:tr>
      <w:tr w:rsidR="00893637" w:rsidRPr="005B49D6" w14:paraId="523C8C56" w14:textId="77777777">
        <w:tc>
          <w:tcPr>
            <w:tcW w:w="0" w:type="auto"/>
          </w:tcPr>
          <w:p w14:paraId="4DD04751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kserokopie dokumentów potwierdzających osiągnięcia artystyczne (dyplomy, zaświadczenia, katalogi, recenzje, publikacje)</w:t>
            </w:r>
          </w:p>
          <w:p w14:paraId="7B2EECBA" w14:textId="77777777" w:rsidR="00DC162E" w:rsidRPr="004A76AB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007FB3BC" w14:textId="77777777">
        <w:tc>
          <w:tcPr>
            <w:tcW w:w="0" w:type="auto"/>
          </w:tcPr>
          <w:p w14:paraId="01B6A755" w14:textId="77777777" w:rsidR="00893637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zgoda osoby ubiegającej się o stypendium lub jej przedstawiciela ustawowego bądź opiekuna prawnego – w przypadku wniosku składanego przez instytucję kultury, fundację, stowarzyszenie lub placówkę oświatowo-wychowawczą</w:t>
            </w:r>
          </w:p>
          <w:p w14:paraId="77E0A751" w14:textId="77777777" w:rsidR="00DC162E" w:rsidRPr="004A76AB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401B278A" w14:textId="77777777" w:rsidTr="00E36FD8">
        <w:trPr>
          <w:trHeight w:val="312"/>
        </w:trPr>
        <w:tc>
          <w:tcPr>
            <w:tcW w:w="0" w:type="auto"/>
            <w:vAlign w:val="center"/>
          </w:tcPr>
          <w:p w14:paraId="3E1ED697" w14:textId="2298919B" w:rsidR="002E23BF" w:rsidRPr="004A76AB" w:rsidRDefault="00E120F2" w:rsidP="00E36F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oświadczenie nr 1 – zgoda na rozpowszechnianie wizerunku</w:t>
            </w:r>
          </w:p>
        </w:tc>
      </w:tr>
      <w:tr w:rsidR="00893637" w:rsidRPr="005B49D6" w14:paraId="67988DE1" w14:textId="77777777" w:rsidTr="00E36FD8">
        <w:tc>
          <w:tcPr>
            <w:tcW w:w="0" w:type="auto"/>
            <w:vAlign w:val="center"/>
          </w:tcPr>
          <w:p w14:paraId="6CC89F6A" w14:textId="46CC31A0" w:rsidR="002E23BF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oświadczenie nr 2 – wskazanie rachunku bankowego do wypłaty stypendium</w:t>
            </w:r>
          </w:p>
        </w:tc>
      </w:tr>
      <w:tr w:rsidR="00893637" w:rsidRPr="005B49D6" w14:paraId="145B5D6A" w14:textId="77777777">
        <w:tc>
          <w:tcPr>
            <w:tcW w:w="0" w:type="auto"/>
          </w:tcPr>
          <w:p w14:paraId="0DF3ECE0" w14:textId="77777777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inne (wymienić): …………………………………………………………………………………</w:t>
            </w:r>
          </w:p>
          <w:p w14:paraId="76B1FE6B" w14:textId="77777777" w:rsidR="008B62E7" w:rsidRPr="004A76AB" w:rsidRDefault="008B62E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0CD80" w14:textId="77777777" w:rsidR="008B62E7" w:rsidRPr="004A76AB" w:rsidRDefault="008B62E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7F1FD" w14:textId="3DCC6DA6" w:rsidR="008B62E7" w:rsidRPr="004A76AB" w:rsidRDefault="008B62E7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637" w:rsidRPr="005B49D6" w14:paraId="07E09B26" w14:textId="77777777">
        <w:tc>
          <w:tcPr>
            <w:tcW w:w="0" w:type="auto"/>
          </w:tcPr>
          <w:p w14:paraId="7CE9C107" w14:textId="77777777" w:rsidR="0068336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Oświadczam, że podane przeze mnie we wniosku dane są zgodne ze stanem faktycznym</w:t>
            </w:r>
            <w:r w:rsidR="0068336D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465845" w14:textId="77777777" w:rsidR="0068336D" w:rsidRPr="004A76AB" w:rsidRDefault="0068336D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B996A" w14:textId="36CE5837" w:rsidR="0068336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.……………</w:t>
            </w:r>
            <w:r w:rsidR="006F4A03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="00E36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‎ …………………………………</w:t>
            </w:r>
            <w:r w:rsidR="0068336D"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</w:p>
          <w:p w14:paraId="101B7192" w14:textId="5493CEE3" w:rsidR="00893637" w:rsidRPr="004A76AB" w:rsidRDefault="006F4A03" w:rsidP="006F4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</w:t>
            </w:r>
            <w:r w:rsidR="00E120F2" w:rsidRP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(miejscowość, data)</w:t>
            </w:r>
            <w:r w:rsidR="00E120F2" w:rsidRPr="00386638">
              <w:rPr>
                <w:rFonts w:ascii="Times New Roman" w:hAnsi="Times New Roman" w:cs="Times New Roman"/>
                <w:sz w:val="16"/>
                <w:szCs w:val="16"/>
              </w:rPr>
              <w:t xml:space="preserve"> ‎ ‎</w:t>
            </w:r>
            <w:r w:rsidR="00E120F2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‎ ‎ ‎ ‎ ‎ ‎ ‎ ‎ ‎ ‎ ‎ ‎ ‎ ‎ ‎ ‎ ‎ </w:t>
            </w:r>
            <w:r w:rsidR="00E120F2" w:rsidRPr="006F4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‎</w:t>
            </w:r>
            <w:r w:rsidR="0068336D" w:rsidRPr="006F4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         </w:t>
            </w:r>
            <w:r w:rsidR="00E120F2" w:rsidRPr="006F4A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(czytelny podpis wnioskodawcy)</w:t>
            </w:r>
          </w:p>
        </w:tc>
      </w:tr>
      <w:tr w:rsidR="00893637" w:rsidRPr="005B49D6" w14:paraId="548CA8CF" w14:textId="77777777">
        <w:tc>
          <w:tcPr>
            <w:tcW w:w="0" w:type="auto"/>
          </w:tcPr>
          <w:p w14:paraId="03F72BE2" w14:textId="77777777" w:rsidR="00DC162E" w:rsidRDefault="00E120F2" w:rsidP="0068336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Informacje:</w:t>
            </w:r>
            <w:r w:rsidR="00DE3D87"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EACC19E" w14:textId="573E16A2" w:rsidR="00893637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Stypendium za osiągnięcia artystyczne, zwane dalej „stypendium“, może otrzymać osoba zajmująca się twórczością artystyczną oraz upowszechnianiem kultury i sztuki, która zamieszkuje na terenie gminy Miasto i Gmina Serock lub reprezentuje instytucje kultury z terenu gminy, podjęła lub kontynuuje edukację artystyczną, studia artystyczne albo w inny sposób doskonali warsztat artystyczny, a także posiada osiągnięcia i sukcesy stosownie do swego poziomu edukacji w koncertach, wystawach, przeglądach, konkursach, festiwalach, turniejach lub przeglądach artystycznych, uzyskując w nich znaczące wyniki potwierdzone dyplomami. Stypendium przyznaje się za osiągnięcia uzyskane w okresie 12 miesięcy przed złożeniem wniosku. Stypendium nie ma charakteru socjalnego i przyznawane jest w ramach środków finansowych zaplanowanych na ten cel w budżecie gminy. Wnioski wraz z załącznikami składa się w Biurze Obsługi Mieszkańca Urzędu Miasta i Gminy w Serocku, ul. Rynek 21, 05-140 Serock, przez cały rok. Czynności związane z rozpatrywaniem wniosków przeprowadza Komisja Stypendialna, której posiedzenia odbywają się dwa razy w roku, w terminach do 31 marca i do 30 września. Przy ocenie wniosków bierze się pod uwagę ocenę dokonań z ostatniego roku i ich znaczenie dla kultury, cel zamierzony przez stypendystę, przyczynianie się do rozwoju życia kulturalnego i kształtowania tożsamości gminy oraz promowanie młodych talentów. W przypadku stwierdzenia braków formalnych Przewodniczący Komisji wzywa wnioskodawcę do ich usunięcia w terminie 7 dni od dnia otrzymania zawiadomienia. Wniosek pozostawia się bez rozpatrzenia w razie cofnięcia go przez wnioskodawcę, złożenia przez osobę nieuprawnioną albo nieusunięcia braków formalnych we wskazanym terminie. Burmistrz Miasta i Gminy Serock podejmuje decyzję o przyznaniu stypendium w formie zarządzenia. Stypendium wypłaca się jednorazowo w kwocie od 600 zł do 1200 zł, przelewem na wskazany rachunek bankowy. O przyznanym stypendium zawiadamia się stypendystę. Osoba, której przyznano stypendium, nie może ponownie otrzymać stypendium w okresie 12 miesięcy od daty przyznania. Złożenie wniosku nie jest równoznaczne z zapewnieniem przyznania stypendium.</w:t>
            </w:r>
          </w:p>
        </w:tc>
      </w:tr>
      <w:tr w:rsidR="00893637" w:rsidRPr="005B49D6" w14:paraId="0ECCC51A" w14:textId="77777777">
        <w:tc>
          <w:tcPr>
            <w:tcW w:w="0" w:type="auto"/>
          </w:tcPr>
          <w:p w14:paraId="1CFD9BDA" w14:textId="77777777" w:rsidR="00DC162E" w:rsidRDefault="00DC162E" w:rsidP="002857A9">
            <w:pPr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207E3C8" w14:textId="1BA8276F" w:rsidR="002857A9" w:rsidRPr="004A76AB" w:rsidRDefault="00151783" w:rsidP="002857A9">
            <w:pPr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="002857A9" w:rsidRPr="004A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NFORMACJA O PRZETWARZANIU DANYCH OSOBOWYCH</w:t>
            </w:r>
          </w:p>
          <w:p w14:paraId="0FA0A410" w14:textId="77777777" w:rsidR="00EA1327" w:rsidRDefault="00EA1327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53F343" w14:textId="77777777" w:rsidR="00DC162E" w:rsidRPr="004A76AB" w:rsidRDefault="00DC162E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BDC595" w14:textId="77777777" w:rsidR="00380265" w:rsidRDefault="002857A9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Administratorem Państwa danych osobowych jest Burmistrz Miasta i Gminy Serock, </w:t>
            </w: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ul. Rynek 21, 05-140 Serock, e-mail: </w:t>
            </w:r>
            <w:hyperlink r:id="rId7" w:history="1">
              <w:r w:rsidRPr="004A76AB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umg@serock.pl</w:t>
              </w:r>
            </w:hyperlink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  <w:p w14:paraId="53BA2BF9" w14:textId="3851A1ED" w:rsidR="002857A9" w:rsidRPr="004A76AB" w:rsidRDefault="002857A9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Inspektorem Ochrony Danych można kontaktować się pod adresem: </w:t>
            </w:r>
            <w:hyperlink r:id="rId8" w:history="1">
              <w:r w:rsidRPr="004A76AB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iod@serock.pl</w:t>
              </w:r>
            </w:hyperlink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065A1C66" w14:textId="77777777" w:rsidR="00EA1327" w:rsidRDefault="002857A9" w:rsidP="00EA13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będą przetwarzane w celu przyjęcia i rozpatrzenia wniosku oraz przyznania i obsługi stypendium za osiągnięcia artystyczne, na podstawie art. 6 ust. 1 lit. c RODO, w związku z art. 7b ustawy z dnia 25 października 1991 r. o organizowaniu i prowadzeniu działalności kulturalnej oraz uchwałą Rady Miejskiej w Serocku określającą zasady przyznawania stypendiów.</w:t>
            </w:r>
          </w:p>
          <w:p w14:paraId="6E056396" w14:textId="77777777" w:rsidR="00DC162E" w:rsidRDefault="00DC162E" w:rsidP="00EA132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BD0BAB" w14:textId="77777777" w:rsidR="002857A9" w:rsidRDefault="002857A9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mogą być przekazywane podmiotom uprawnionym na podstawie przepisów prawa oraz podmiotom świadczącym na rzecz Administratora usługi niezbędne do realizacji zadania, na podstawie odpowiednich umów.</w:t>
            </w:r>
          </w:p>
          <w:p w14:paraId="036ACA5F" w14:textId="77777777" w:rsidR="00DC162E" w:rsidRPr="004A76AB" w:rsidRDefault="00DC162E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757330" w14:textId="77777777" w:rsidR="002857A9" w:rsidRDefault="002857A9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będą przetwarzane przez okres niezbędny do realizacji zadania, a następnie przechowywane zgodnie z obowiązującymi przepisami dotyczącymi archiwizacji dokumentacji. Administrator dokonuje przeglądu danych zgodnie z art. 7b ust. 2a wskazanej ustawy.</w:t>
            </w:r>
          </w:p>
          <w:p w14:paraId="4FFF2406" w14:textId="77777777" w:rsidR="00DC162E" w:rsidRPr="004A76AB" w:rsidRDefault="00DC162E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2D0F100" w14:textId="796A1E8C" w:rsidR="002857A9" w:rsidRDefault="002857A9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Przysługuje Państwu prawo dostępu do danych, ich sprostowania oraz ograniczenia ich przetwarzania </w:t>
            </w:r>
            <w:r w:rsidR="003866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</w:t>
            </w: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przypadkach określonych w RODO, a także prawo wniesienia skargi do Prezesa Urzędu Ochrony Danych Osobowych.</w:t>
            </w:r>
          </w:p>
          <w:p w14:paraId="5B0CA544" w14:textId="77777777" w:rsidR="00DC162E" w:rsidRPr="004A76AB" w:rsidRDefault="00DC162E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4BA4A83" w14:textId="77777777" w:rsidR="002857A9" w:rsidRDefault="002857A9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Podanie danych wymaganych do rozpatrzenia wniosku jest niezbędne do ubiegania się o stypendium. Podanie pozostałych danych, w szczególności dodatkowych danych kontaktowych, jest dobrowolne.</w:t>
            </w:r>
          </w:p>
          <w:p w14:paraId="5C34595C" w14:textId="77777777" w:rsidR="00DC162E" w:rsidRPr="004A76AB" w:rsidRDefault="00DC162E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9C988AA" w14:textId="77777777" w:rsidR="002857A9" w:rsidRPr="004A76AB" w:rsidRDefault="002857A9" w:rsidP="002857A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nie będą wykorzystywane do podejmowania decyzji opartych wyłącznie na zautomatyzowanym przetwarzaniu, w tym profilowaniu.</w:t>
            </w:r>
          </w:p>
          <w:p w14:paraId="10A80E8F" w14:textId="77777777" w:rsidR="00386638" w:rsidRDefault="00386638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D57D8" w14:textId="77777777" w:rsidR="00DC162E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3EBBD" w14:textId="7722E495" w:rsidR="00D5528D" w:rsidRPr="004A76AB" w:rsidRDefault="00E120F2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Oświadczam, że otrzymałem/-</w:t>
            </w:r>
            <w:proofErr w:type="spellStart"/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proofErr w:type="spellEnd"/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klauzulę informacyjną i zapoznałem/-</w:t>
            </w:r>
            <w:proofErr w:type="spellStart"/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proofErr w:type="spellEnd"/>
            <w:r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się z jej treścią</w:t>
            </w:r>
            <w:r w:rsidR="00D5528D" w:rsidRPr="004A7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A7656D" w14:textId="77777777" w:rsidR="00D5528D" w:rsidRDefault="00D5528D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CC7AB" w14:textId="77777777" w:rsidR="00DC162E" w:rsidRPr="004A76AB" w:rsidRDefault="00DC162E" w:rsidP="006833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34264" w14:textId="77777777" w:rsidR="00893637" w:rsidRDefault="00E120F2" w:rsidP="0038663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.…………………………………………</w:t>
            </w:r>
            <w:r w:rsidR="0038663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4A76A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="00D5528D" w:rsidRPr="004A76A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</w:t>
            </w:r>
            <w:r w:rsidRP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(miejscowość, data) ‎ ‎ ‎ ‎ ‎ ‎ ‎ ‎ ‎ ‎ ‎ ‎ ‎ ‎ ‎ ‎ ‎ ‎ ‎ ‎ </w:t>
            </w:r>
            <w:r w:rsidR="00D5528D" w:rsidRP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              </w:t>
            </w:r>
            <w:r w:rsid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   </w:t>
            </w:r>
            <w:r w:rsidR="00D5528D" w:rsidRP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38663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(czytelny podpis wnioskodawcy)</w:t>
            </w:r>
          </w:p>
          <w:p w14:paraId="3334E1F2" w14:textId="3EB7CC34" w:rsidR="00DC162E" w:rsidRPr="004A76AB" w:rsidRDefault="00DC162E" w:rsidP="0038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11590" w14:textId="47B32CD5" w:rsidR="00893637" w:rsidRPr="005B49D6" w:rsidRDefault="00893637" w:rsidP="0068336D">
      <w:pPr>
        <w:pStyle w:val="Tekstpodstawowy"/>
        <w:jc w:val="both"/>
        <w:rPr>
          <w:rFonts w:ascii="Aptos Light" w:hAnsi="Aptos Light"/>
          <w:sz w:val="22"/>
        </w:rPr>
      </w:pPr>
      <w:bookmarkStart w:id="3" w:name="X700804d4ad20799cd9727c8e5cded5edf00b129"/>
      <w:bookmarkEnd w:id="0"/>
      <w:bookmarkEnd w:id="1"/>
      <w:bookmarkEnd w:id="2"/>
      <w:bookmarkEnd w:id="3"/>
    </w:p>
    <w:sectPr w:rsidR="00893637" w:rsidRPr="005B49D6" w:rsidSect="00034616">
      <w:footerReference w:type="default" r:id="rId9"/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34E5" w14:textId="77777777" w:rsidR="00A01B47" w:rsidRDefault="00A01B47">
      <w:pPr>
        <w:spacing w:after="0" w:line="240" w:lineRule="auto"/>
      </w:pPr>
      <w:r>
        <w:separator/>
      </w:r>
    </w:p>
  </w:endnote>
  <w:endnote w:type="continuationSeparator" w:id="0">
    <w:p w14:paraId="7ACFFB4F" w14:textId="77777777" w:rsidR="00A01B47" w:rsidRDefault="00A0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A4E6" w14:textId="77777777" w:rsidR="00893637" w:rsidRDefault="00E120F2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8E4AA9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994E" w14:textId="77777777" w:rsidR="00A01B47" w:rsidRDefault="00A01B47">
      <w:r>
        <w:separator/>
      </w:r>
    </w:p>
  </w:footnote>
  <w:footnote w:type="continuationSeparator" w:id="0">
    <w:p w14:paraId="3CEC2E2E" w14:textId="77777777" w:rsidR="00A01B47" w:rsidRDefault="00A0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DDC212E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0" w15:restartNumberingAfterBreak="0">
    <w:nsid w:val="00A99411"/>
    <w:multiLevelType w:val="multilevel"/>
    <w:tmpl w:val="AF74AB9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1" w15:restartNumberingAfterBreak="0">
    <w:nsid w:val="35500B7D"/>
    <w:multiLevelType w:val="hybridMultilevel"/>
    <w:tmpl w:val="EC0C41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14CA5"/>
    <w:multiLevelType w:val="hybridMultilevel"/>
    <w:tmpl w:val="3F8C2C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2D8"/>
    <w:multiLevelType w:val="hybridMultilevel"/>
    <w:tmpl w:val="6FAA37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305622">
    <w:abstractNumId w:val="8"/>
  </w:num>
  <w:num w:numId="2" w16cid:durableId="872378685">
    <w:abstractNumId w:val="6"/>
  </w:num>
  <w:num w:numId="3" w16cid:durableId="667712786">
    <w:abstractNumId w:val="5"/>
  </w:num>
  <w:num w:numId="4" w16cid:durableId="526721702">
    <w:abstractNumId w:val="4"/>
  </w:num>
  <w:num w:numId="5" w16cid:durableId="621423082">
    <w:abstractNumId w:val="7"/>
  </w:num>
  <w:num w:numId="6" w16cid:durableId="483545236">
    <w:abstractNumId w:val="3"/>
  </w:num>
  <w:num w:numId="7" w16cid:durableId="5864493">
    <w:abstractNumId w:val="2"/>
  </w:num>
  <w:num w:numId="8" w16cid:durableId="1716661938">
    <w:abstractNumId w:val="1"/>
  </w:num>
  <w:num w:numId="9" w16cid:durableId="927080887">
    <w:abstractNumId w:val="0"/>
  </w:num>
  <w:num w:numId="10" w16cid:durableId="1198619346">
    <w:abstractNumId w:val="9"/>
  </w:num>
  <w:num w:numId="11" w16cid:durableId="1431583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5274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0757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8118567">
    <w:abstractNumId w:val="12"/>
  </w:num>
  <w:num w:numId="15" w16cid:durableId="174226549">
    <w:abstractNumId w:val="13"/>
  </w:num>
  <w:num w:numId="16" w16cid:durableId="17688451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37"/>
    <w:rsid w:val="00046BAB"/>
    <w:rsid w:val="000B4764"/>
    <w:rsid w:val="00151783"/>
    <w:rsid w:val="002831FF"/>
    <w:rsid w:val="002857A9"/>
    <w:rsid w:val="00290A52"/>
    <w:rsid w:val="00291E3E"/>
    <w:rsid w:val="00294CEA"/>
    <w:rsid w:val="002E23BF"/>
    <w:rsid w:val="002E6291"/>
    <w:rsid w:val="00330AC1"/>
    <w:rsid w:val="00350E55"/>
    <w:rsid w:val="00373D1D"/>
    <w:rsid w:val="00380265"/>
    <w:rsid w:val="00386638"/>
    <w:rsid w:val="003C2490"/>
    <w:rsid w:val="003D5937"/>
    <w:rsid w:val="004319B9"/>
    <w:rsid w:val="004662C4"/>
    <w:rsid w:val="004A76AB"/>
    <w:rsid w:val="004F5FD1"/>
    <w:rsid w:val="005B467A"/>
    <w:rsid w:val="005B49D6"/>
    <w:rsid w:val="005C1003"/>
    <w:rsid w:val="005F18BE"/>
    <w:rsid w:val="00600A26"/>
    <w:rsid w:val="00602A1B"/>
    <w:rsid w:val="00625E00"/>
    <w:rsid w:val="00635C50"/>
    <w:rsid w:val="00671092"/>
    <w:rsid w:val="0068336D"/>
    <w:rsid w:val="006B74F8"/>
    <w:rsid w:val="006F4A03"/>
    <w:rsid w:val="00772194"/>
    <w:rsid w:val="00823C3D"/>
    <w:rsid w:val="008370FE"/>
    <w:rsid w:val="00842C9B"/>
    <w:rsid w:val="008518B7"/>
    <w:rsid w:val="008539E6"/>
    <w:rsid w:val="0087012E"/>
    <w:rsid w:val="00883EAD"/>
    <w:rsid w:val="00893637"/>
    <w:rsid w:val="008B62E7"/>
    <w:rsid w:val="008E4AA9"/>
    <w:rsid w:val="00914E90"/>
    <w:rsid w:val="009C65BE"/>
    <w:rsid w:val="009D5332"/>
    <w:rsid w:val="00A01B47"/>
    <w:rsid w:val="00A2648A"/>
    <w:rsid w:val="00A43B16"/>
    <w:rsid w:val="00A80F5F"/>
    <w:rsid w:val="00A87D64"/>
    <w:rsid w:val="00A90BF1"/>
    <w:rsid w:val="00AA1228"/>
    <w:rsid w:val="00B00221"/>
    <w:rsid w:val="00B45642"/>
    <w:rsid w:val="00B644D5"/>
    <w:rsid w:val="00B67C5A"/>
    <w:rsid w:val="00B91E7E"/>
    <w:rsid w:val="00BB1B5A"/>
    <w:rsid w:val="00C16BB6"/>
    <w:rsid w:val="00C16EEA"/>
    <w:rsid w:val="00C37EFF"/>
    <w:rsid w:val="00C70563"/>
    <w:rsid w:val="00CF24A9"/>
    <w:rsid w:val="00D045BC"/>
    <w:rsid w:val="00D5528D"/>
    <w:rsid w:val="00D91D6D"/>
    <w:rsid w:val="00DC162E"/>
    <w:rsid w:val="00DE3D87"/>
    <w:rsid w:val="00E120F2"/>
    <w:rsid w:val="00E36FD8"/>
    <w:rsid w:val="00E414FE"/>
    <w:rsid w:val="00EA1327"/>
    <w:rsid w:val="00EB6913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E8AD"/>
  <w15:docId w15:val="{01E08CE1-9311-430D-ACDF-C0807D13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A12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eroc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g@sero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1294</Words>
  <Characters>7767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 Karpiński</dc:creator>
  <cp:keywords/>
  <cp:lastModifiedBy>Monika Karpińska</cp:lastModifiedBy>
  <cp:revision>13</cp:revision>
  <cp:lastPrinted>2026-09-01T05:32:00Z</cp:lastPrinted>
  <dcterms:created xsi:type="dcterms:W3CDTF">2026-09-04T07:53:00Z</dcterms:created>
  <dcterms:modified xsi:type="dcterms:W3CDTF">2026-09-04T10:32:00Z</dcterms:modified>
</cp:coreProperties>
</file>