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8829"/>
      </w:tblGrid>
      <w:tr w:rsidR="00893637" w:rsidRPr="005B49D6" w14:paraId="76A36B9F" w14:textId="77777777">
        <w:tc>
          <w:tcPr>
            <w:tcW w:w="0" w:type="auto"/>
          </w:tcPr>
          <w:p w14:paraId="09A0DB69" w14:textId="77777777" w:rsidR="00D5528D" w:rsidRDefault="00E120F2" w:rsidP="00D5528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zarządzenie-nr-2026"/>
            <w:bookmarkStart w:id="1" w:name="burmistrza-miasta-i-gminy-serock"/>
            <w:bookmarkStart w:id="2" w:name="z-dnia--2026-r"/>
            <w:r w:rsidRPr="004A7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Oświadczenie nr 2</w:t>
            </w:r>
          </w:p>
          <w:p w14:paraId="5F07583D" w14:textId="77777777" w:rsidR="004319B9" w:rsidRPr="004A76AB" w:rsidRDefault="004319B9" w:rsidP="00D5528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5538A81" w14:textId="77777777" w:rsidR="00D5528D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>do wniosku o przyznanie stypendium za osiągnięcia artystyczne dla osób szczególnie wyróżniających się w dziedzinie kultury</w:t>
            </w:r>
            <w:r w:rsidR="00D5528D"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F420FF" w14:textId="77777777" w:rsidR="00B67466" w:rsidRPr="004A76AB" w:rsidRDefault="00B67466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2F28B8" w14:textId="77777777" w:rsidR="00D5528D" w:rsidRPr="004A76AB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</w:t>
            </w:r>
          </w:p>
          <w:p w14:paraId="6E06F2B6" w14:textId="1961BD78" w:rsidR="00D5528D" w:rsidRPr="003D5937" w:rsidRDefault="003D5937" w:rsidP="0068336D">
            <w:pPr>
              <w:jc w:val="both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                                          </w:t>
            </w:r>
            <w:r w:rsidR="00E120F2" w:rsidRPr="003D593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(imię i nazwisko osoby, której dotyczy wniosek o stypendium)</w:t>
            </w:r>
            <w:r w:rsidR="00D5528D" w:rsidRPr="003D593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</w:t>
            </w:r>
          </w:p>
          <w:p w14:paraId="6EAE5C6C" w14:textId="77777777" w:rsidR="00AA1228" w:rsidRPr="004A76AB" w:rsidRDefault="00AA1228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28B76A" w14:textId="61566572" w:rsidR="00D5528D" w:rsidRPr="004A76AB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</w:t>
            </w:r>
            <w:r w:rsidR="003D5937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</w:t>
            </w: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</w:p>
          <w:p w14:paraId="39B8C6CA" w14:textId="44D8841C" w:rsidR="002E23BF" w:rsidRPr="003D5937" w:rsidRDefault="003D5937" w:rsidP="0068336D">
            <w:pPr>
              <w:jc w:val="both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                                                                         </w:t>
            </w:r>
            <w:r w:rsidR="00E120F2" w:rsidRPr="003D593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(adres zamieszkania)</w:t>
            </w:r>
          </w:p>
          <w:p w14:paraId="6A37649B" w14:textId="77777777" w:rsidR="004319B9" w:rsidRDefault="004319B9" w:rsidP="0068336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24D5F01" w14:textId="77777777" w:rsidR="00B67466" w:rsidRDefault="00B67466" w:rsidP="0068336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7C02939" w14:textId="37D10EF3" w:rsidR="00D5528D" w:rsidRPr="004A76AB" w:rsidRDefault="00E120F2" w:rsidP="0068336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WYPŁATA STYPENDIUM</w:t>
            </w:r>
          </w:p>
          <w:p w14:paraId="39B65D1F" w14:textId="77777777" w:rsidR="004319B9" w:rsidRDefault="004319B9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8855AB" w14:textId="6A1B7076" w:rsidR="00D5528D" w:rsidRPr="004A76AB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>Proszę o przekazanie przyznanego stypendium za osiągnięcia artystyczne na rachunek bankowy:</w:t>
            </w:r>
          </w:p>
          <w:p w14:paraId="35296930" w14:textId="77777777" w:rsidR="003D5937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>numer rachunku: ……………………………………………………………………………………</w:t>
            </w:r>
            <w:proofErr w:type="gramStart"/>
            <w:r w:rsidRPr="004A76AB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r w:rsidR="003D59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A76AB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  <w:p w14:paraId="6C747E9B" w14:textId="1B0BF7AD" w:rsidR="00D5528D" w:rsidRPr="004A76AB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w banku: </w:t>
            </w:r>
          </w:p>
          <w:p w14:paraId="0034CC6E" w14:textId="1F6375B7" w:rsidR="00D5528D" w:rsidRPr="004A76AB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</w:t>
            </w:r>
            <w:r w:rsidR="003D5937">
              <w:rPr>
                <w:rFonts w:ascii="Times New Roman" w:hAnsi="Times New Roman" w:cs="Times New Roman"/>
                <w:sz w:val="20"/>
                <w:szCs w:val="20"/>
              </w:rPr>
              <w:t>………………..</w:t>
            </w: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1F30879" w14:textId="77777777" w:rsidR="004319B9" w:rsidRDefault="004319B9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AA1A24" w14:textId="1B9D7089" w:rsidR="00D5528D" w:rsidRPr="004A76AB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>Jednocześnie zobowiązuję się</w:t>
            </w:r>
            <w:r w:rsidR="003D59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>do zawiadomienia na piśmie o wszelkich zmianach dotyczących podanych wyżej informacji</w:t>
            </w:r>
            <w:r w:rsidR="00D5528D"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CCDD042" w14:textId="77777777" w:rsidR="000B4764" w:rsidRDefault="000B4764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B93BEE" w14:textId="77777777" w:rsidR="00380265" w:rsidRDefault="00380265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462E8B" w14:textId="77777777" w:rsidR="00380265" w:rsidRDefault="00380265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1E9F39" w14:textId="77777777" w:rsidR="00B67466" w:rsidRPr="004A76AB" w:rsidRDefault="00B67466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B54330" w14:textId="77777777" w:rsidR="003D5937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>.…………………………………………………………………………</w:t>
            </w:r>
          </w:p>
          <w:p w14:paraId="1194C381" w14:textId="30C1ED24" w:rsidR="00AA1228" w:rsidRPr="003963C8" w:rsidRDefault="00E120F2" w:rsidP="0068336D">
            <w:pPr>
              <w:jc w:val="both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D593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data i czytelny podpis osoby ubiegającej się o stypendium lub przedstawiciela ustawowego / opiekuna prawnego w przypadku osoby niepełnoletniej</w:t>
            </w:r>
          </w:p>
          <w:p w14:paraId="4B00BEC5" w14:textId="621BBA7A" w:rsidR="00AA1228" w:rsidRPr="004A76AB" w:rsidRDefault="00AA1228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C211590" w14:textId="47B32CD5" w:rsidR="00893637" w:rsidRPr="005B49D6" w:rsidRDefault="00893637" w:rsidP="003963C8">
      <w:pPr>
        <w:pStyle w:val="Tekstpodstawowy"/>
        <w:jc w:val="both"/>
        <w:rPr>
          <w:rFonts w:ascii="Aptos Light" w:hAnsi="Aptos Light"/>
          <w:sz w:val="22"/>
        </w:rPr>
      </w:pPr>
      <w:bookmarkStart w:id="3" w:name="X700804d4ad20799cd9727c8e5cded5edf00b129"/>
      <w:bookmarkEnd w:id="0"/>
      <w:bookmarkEnd w:id="1"/>
      <w:bookmarkEnd w:id="2"/>
      <w:bookmarkEnd w:id="3"/>
    </w:p>
    <w:sectPr w:rsidR="00893637" w:rsidRPr="005B49D6" w:rsidSect="00034616">
      <w:pgSz w:w="12240" w:h="15840"/>
      <w:pgMar w:top="1417" w:right="1417" w:bottom="1417" w:left="19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F1433" w14:textId="77777777" w:rsidR="002A2F9D" w:rsidRDefault="002A2F9D">
      <w:pPr>
        <w:spacing w:after="0" w:line="240" w:lineRule="auto"/>
      </w:pPr>
      <w:r>
        <w:separator/>
      </w:r>
    </w:p>
  </w:endnote>
  <w:endnote w:type="continuationSeparator" w:id="0">
    <w:p w14:paraId="7BC245D3" w14:textId="77777777" w:rsidR="002A2F9D" w:rsidRDefault="002A2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B4CEB" w14:textId="77777777" w:rsidR="002A2F9D" w:rsidRDefault="002A2F9D">
      <w:r>
        <w:separator/>
      </w:r>
    </w:p>
  </w:footnote>
  <w:footnote w:type="continuationSeparator" w:id="0">
    <w:p w14:paraId="5050FF80" w14:textId="77777777" w:rsidR="002A2F9D" w:rsidRDefault="002A2F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A990"/>
    <w:multiLevelType w:val="multilevel"/>
    <w:tmpl w:val="DDC212EE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0" w15:restartNumberingAfterBreak="0">
    <w:nsid w:val="00A99411"/>
    <w:multiLevelType w:val="multilevel"/>
    <w:tmpl w:val="AF74AB98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11" w15:restartNumberingAfterBreak="0">
    <w:nsid w:val="35500B7D"/>
    <w:multiLevelType w:val="hybridMultilevel"/>
    <w:tmpl w:val="EC0C41D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B14CA5"/>
    <w:multiLevelType w:val="hybridMultilevel"/>
    <w:tmpl w:val="3F8C2C0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C832D8"/>
    <w:multiLevelType w:val="hybridMultilevel"/>
    <w:tmpl w:val="6FAA378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8305622">
    <w:abstractNumId w:val="8"/>
  </w:num>
  <w:num w:numId="2" w16cid:durableId="872378685">
    <w:abstractNumId w:val="6"/>
  </w:num>
  <w:num w:numId="3" w16cid:durableId="667712786">
    <w:abstractNumId w:val="5"/>
  </w:num>
  <w:num w:numId="4" w16cid:durableId="526721702">
    <w:abstractNumId w:val="4"/>
  </w:num>
  <w:num w:numId="5" w16cid:durableId="621423082">
    <w:abstractNumId w:val="7"/>
  </w:num>
  <w:num w:numId="6" w16cid:durableId="483545236">
    <w:abstractNumId w:val="3"/>
  </w:num>
  <w:num w:numId="7" w16cid:durableId="5864493">
    <w:abstractNumId w:val="2"/>
  </w:num>
  <w:num w:numId="8" w16cid:durableId="1716661938">
    <w:abstractNumId w:val="1"/>
  </w:num>
  <w:num w:numId="9" w16cid:durableId="927080887">
    <w:abstractNumId w:val="0"/>
  </w:num>
  <w:num w:numId="10" w16cid:durableId="1198619346">
    <w:abstractNumId w:val="9"/>
  </w:num>
  <w:num w:numId="11" w16cid:durableId="14315830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552741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307573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18118567">
    <w:abstractNumId w:val="12"/>
  </w:num>
  <w:num w:numId="15" w16cid:durableId="174226549">
    <w:abstractNumId w:val="13"/>
  </w:num>
  <w:num w:numId="16" w16cid:durableId="17688451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637"/>
    <w:rsid w:val="00046BAB"/>
    <w:rsid w:val="000B4764"/>
    <w:rsid w:val="000E7491"/>
    <w:rsid w:val="00151783"/>
    <w:rsid w:val="00207F3E"/>
    <w:rsid w:val="00231B2D"/>
    <w:rsid w:val="002857A9"/>
    <w:rsid w:val="00290A52"/>
    <w:rsid w:val="00294CEA"/>
    <w:rsid w:val="002A2F9D"/>
    <w:rsid w:val="002E23BF"/>
    <w:rsid w:val="002E6291"/>
    <w:rsid w:val="00350E55"/>
    <w:rsid w:val="00373D1D"/>
    <w:rsid w:val="00380265"/>
    <w:rsid w:val="00386638"/>
    <w:rsid w:val="003963C8"/>
    <w:rsid w:val="003C2490"/>
    <w:rsid w:val="003D5937"/>
    <w:rsid w:val="004319B9"/>
    <w:rsid w:val="004662C4"/>
    <w:rsid w:val="004A76AB"/>
    <w:rsid w:val="004F5FD1"/>
    <w:rsid w:val="005B467A"/>
    <w:rsid w:val="005B49D6"/>
    <w:rsid w:val="005C1003"/>
    <w:rsid w:val="005C6DF5"/>
    <w:rsid w:val="005F18BE"/>
    <w:rsid w:val="00600A26"/>
    <w:rsid w:val="00602A1B"/>
    <w:rsid w:val="00625E00"/>
    <w:rsid w:val="00635C50"/>
    <w:rsid w:val="00671092"/>
    <w:rsid w:val="0068336D"/>
    <w:rsid w:val="006B74F8"/>
    <w:rsid w:val="006F4A03"/>
    <w:rsid w:val="00772194"/>
    <w:rsid w:val="00823C3D"/>
    <w:rsid w:val="008370FE"/>
    <w:rsid w:val="00842C9B"/>
    <w:rsid w:val="008518B7"/>
    <w:rsid w:val="008539E6"/>
    <w:rsid w:val="0087012E"/>
    <w:rsid w:val="00893637"/>
    <w:rsid w:val="008B62E7"/>
    <w:rsid w:val="008E4AA9"/>
    <w:rsid w:val="00914E90"/>
    <w:rsid w:val="009C65BE"/>
    <w:rsid w:val="009D5332"/>
    <w:rsid w:val="00A2648A"/>
    <w:rsid w:val="00A43B16"/>
    <w:rsid w:val="00A80F5F"/>
    <w:rsid w:val="00A87D64"/>
    <w:rsid w:val="00A90BF1"/>
    <w:rsid w:val="00AA1228"/>
    <w:rsid w:val="00B00221"/>
    <w:rsid w:val="00B45642"/>
    <w:rsid w:val="00B67466"/>
    <w:rsid w:val="00B67C5A"/>
    <w:rsid w:val="00B868CF"/>
    <w:rsid w:val="00C16BB6"/>
    <w:rsid w:val="00C16EEA"/>
    <w:rsid w:val="00C37EFF"/>
    <w:rsid w:val="00C70563"/>
    <w:rsid w:val="00CF24A9"/>
    <w:rsid w:val="00D045BC"/>
    <w:rsid w:val="00D5528D"/>
    <w:rsid w:val="00D91D6D"/>
    <w:rsid w:val="00DE3D87"/>
    <w:rsid w:val="00E120F2"/>
    <w:rsid w:val="00E36FD8"/>
    <w:rsid w:val="00E414FE"/>
    <w:rsid w:val="00EA1327"/>
    <w:rsid w:val="00EB6913"/>
    <w:rsid w:val="00FA7A60"/>
    <w:rsid w:val="00FF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1E8AD"/>
  <w15:docId w15:val="{01E08CE1-9311-430D-ACDF-C0807D13E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table" w:customStyle="1" w:styleId="Table">
    <w:name w:val="Table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VerbatimChar">
    <w:name w:val="Verbatim Char"/>
    <w:basedOn w:val="TekstpodstawowyZnak"/>
    <w:link w:val="SourceCode"/>
    <w:rPr>
      <w:rFonts w:ascii="Consolas" w:hAnsi="Consolas" w:cs="Consolas"/>
      <w:noProof/>
      <w:sz w:val="22"/>
      <w:szCs w:val="22"/>
    </w:rPr>
  </w:style>
  <w:style w:type="paragraph" w:customStyle="1" w:styleId="SourceCode">
    <w:name w:val="Source Code"/>
    <w:basedOn w:val="Normalny"/>
    <w:link w:val="VerbatimChar"/>
    <w:pPr>
      <w:wordWrap w:val="0"/>
      <w:spacing w:before="120" w:after="0" w:line="240" w:lineRule="auto"/>
    </w:pPr>
    <w:rPr>
      <w:rFonts w:ascii="Consolas" w:hAnsi="Consolas" w:cs="Consolas"/>
      <w:sz w:val="22"/>
    </w:rPr>
  </w:style>
  <w:style w:type="character" w:customStyle="1" w:styleId="KeywordTok">
    <w:name w:val="KeywordTok"/>
    <w:basedOn w:val="VerbatimChar"/>
    <w:rPr>
      <w:rFonts w:ascii="Consolas" w:hAnsi="Consolas" w:cs="Consolas"/>
      <w:b/>
      <w:noProof/>
      <w:color w:val="007020"/>
      <w:sz w:val="22"/>
      <w:szCs w:val="22"/>
    </w:rPr>
  </w:style>
  <w:style w:type="character" w:customStyle="1" w:styleId="DataTypeTok">
    <w:name w:val="DataTypeTok"/>
    <w:basedOn w:val="VerbatimChar"/>
    <w:rPr>
      <w:rFonts w:ascii="Consolas" w:hAnsi="Consolas" w:cs="Consolas"/>
      <w:noProof/>
      <w:color w:val="902000"/>
      <w:sz w:val="22"/>
      <w:szCs w:val="22"/>
    </w:rPr>
  </w:style>
  <w:style w:type="character" w:customStyle="1" w:styleId="DecValTok">
    <w:name w:val="DecValTok"/>
    <w:basedOn w:val="VerbatimChar"/>
    <w:rPr>
      <w:rFonts w:ascii="Consolas" w:hAnsi="Consolas" w:cs="Consolas"/>
      <w:noProof/>
      <w:color w:val="40A070"/>
      <w:sz w:val="22"/>
      <w:szCs w:val="22"/>
    </w:rPr>
  </w:style>
  <w:style w:type="character" w:customStyle="1" w:styleId="BaseNTok">
    <w:name w:val="BaseNTok"/>
    <w:basedOn w:val="VerbatimChar"/>
    <w:rPr>
      <w:rFonts w:ascii="Consolas" w:hAnsi="Consolas" w:cs="Consolas"/>
      <w:noProof/>
      <w:color w:val="40A070"/>
      <w:sz w:val="22"/>
      <w:szCs w:val="22"/>
    </w:rPr>
  </w:style>
  <w:style w:type="character" w:customStyle="1" w:styleId="FloatTok">
    <w:name w:val="FloatTok"/>
    <w:basedOn w:val="VerbatimChar"/>
    <w:rPr>
      <w:rFonts w:ascii="Consolas" w:hAnsi="Consolas" w:cs="Consolas"/>
      <w:noProof/>
      <w:color w:val="40A070"/>
      <w:sz w:val="22"/>
      <w:szCs w:val="22"/>
    </w:rPr>
  </w:style>
  <w:style w:type="character" w:customStyle="1" w:styleId="ConstantTok">
    <w:name w:val="ConstantTok"/>
    <w:basedOn w:val="VerbatimChar"/>
    <w:rPr>
      <w:rFonts w:ascii="Consolas" w:hAnsi="Consolas" w:cs="Consolas"/>
      <w:noProof/>
      <w:color w:val="880000"/>
      <w:sz w:val="22"/>
      <w:szCs w:val="22"/>
    </w:rPr>
  </w:style>
  <w:style w:type="character" w:customStyle="1" w:styleId="CharTok">
    <w:name w:val="CharTok"/>
    <w:basedOn w:val="VerbatimChar"/>
    <w:rPr>
      <w:rFonts w:ascii="Consolas" w:hAnsi="Consolas" w:cs="Consolas"/>
      <w:noProof/>
      <w:color w:val="4070A0"/>
      <w:sz w:val="22"/>
      <w:szCs w:val="22"/>
    </w:rPr>
  </w:style>
  <w:style w:type="character" w:customStyle="1" w:styleId="SpecialCharTok">
    <w:name w:val="SpecialCharTok"/>
    <w:basedOn w:val="VerbatimChar"/>
    <w:rPr>
      <w:rFonts w:ascii="Consolas" w:hAnsi="Consolas" w:cs="Consolas"/>
      <w:noProof/>
      <w:color w:val="4070A0"/>
      <w:sz w:val="22"/>
      <w:szCs w:val="22"/>
    </w:rPr>
  </w:style>
  <w:style w:type="character" w:customStyle="1" w:styleId="StringTok">
    <w:name w:val="StringTok"/>
    <w:basedOn w:val="VerbatimChar"/>
    <w:rPr>
      <w:rFonts w:ascii="Consolas" w:hAnsi="Consolas" w:cs="Consolas"/>
      <w:noProof/>
      <w:color w:val="4070A0"/>
      <w:sz w:val="22"/>
      <w:szCs w:val="22"/>
    </w:rPr>
  </w:style>
  <w:style w:type="character" w:customStyle="1" w:styleId="VerbatimStringTok">
    <w:name w:val="VerbatimStringTok"/>
    <w:basedOn w:val="VerbatimChar"/>
    <w:rPr>
      <w:rFonts w:ascii="Consolas" w:hAnsi="Consolas" w:cs="Consolas"/>
      <w:noProof/>
      <w:color w:val="4070A0"/>
      <w:sz w:val="22"/>
      <w:szCs w:val="22"/>
    </w:rPr>
  </w:style>
  <w:style w:type="character" w:customStyle="1" w:styleId="SpecialStringTok">
    <w:name w:val="SpecialStringTok"/>
    <w:basedOn w:val="VerbatimChar"/>
    <w:rPr>
      <w:rFonts w:ascii="Consolas" w:hAnsi="Consolas" w:cs="Consolas"/>
      <w:noProof/>
      <w:color w:val="BB6688"/>
      <w:sz w:val="22"/>
      <w:szCs w:val="22"/>
    </w:rPr>
  </w:style>
  <w:style w:type="character" w:customStyle="1" w:styleId="ImportTok">
    <w:name w:val="ImportTok"/>
    <w:basedOn w:val="VerbatimChar"/>
    <w:rPr>
      <w:rFonts w:ascii="Consolas" w:hAnsi="Consolas" w:cs="Consolas"/>
      <w:b/>
      <w:noProof/>
      <w:color w:val="008000"/>
      <w:sz w:val="22"/>
      <w:szCs w:val="22"/>
    </w:rPr>
  </w:style>
  <w:style w:type="character" w:customStyle="1" w:styleId="CommentTok">
    <w:name w:val="CommentTok"/>
    <w:basedOn w:val="VerbatimChar"/>
    <w:rPr>
      <w:rFonts w:ascii="Consolas" w:hAnsi="Consolas" w:cs="Consolas"/>
      <w:i/>
      <w:noProof/>
      <w:color w:val="60A0B0"/>
      <w:sz w:val="22"/>
      <w:szCs w:val="22"/>
    </w:rPr>
  </w:style>
  <w:style w:type="character" w:customStyle="1" w:styleId="DocumentationTok">
    <w:name w:val="DocumentationTok"/>
    <w:basedOn w:val="VerbatimChar"/>
    <w:rPr>
      <w:rFonts w:ascii="Consolas" w:hAnsi="Consolas" w:cs="Consolas"/>
      <w:i/>
      <w:noProof/>
      <w:color w:val="BA2121"/>
      <w:sz w:val="22"/>
      <w:szCs w:val="22"/>
    </w:rPr>
  </w:style>
  <w:style w:type="character" w:customStyle="1" w:styleId="AnnotationTok">
    <w:name w:val="AnnotationTok"/>
    <w:basedOn w:val="VerbatimChar"/>
    <w:rPr>
      <w:rFonts w:ascii="Consolas" w:hAnsi="Consolas" w:cs="Consolas"/>
      <w:b/>
      <w:i/>
      <w:noProof/>
      <w:color w:val="60A0B0"/>
      <w:sz w:val="22"/>
      <w:szCs w:val="22"/>
    </w:rPr>
  </w:style>
  <w:style w:type="character" w:customStyle="1" w:styleId="CommentVarTok">
    <w:name w:val="CommentVarTok"/>
    <w:basedOn w:val="VerbatimChar"/>
    <w:rPr>
      <w:rFonts w:ascii="Consolas" w:hAnsi="Consolas" w:cs="Consolas"/>
      <w:b/>
      <w:i/>
      <w:noProof/>
      <w:color w:val="60A0B0"/>
      <w:sz w:val="22"/>
      <w:szCs w:val="22"/>
    </w:rPr>
  </w:style>
  <w:style w:type="character" w:customStyle="1" w:styleId="OtherTok">
    <w:name w:val="OtherTok"/>
    <w:basedOn w:val="VerbatimChar"/>
    <w:rPr>
      <w:rFonts w:ascii="Consolas" w:hAnsi="Consolas" w:cs="Consolas"/>
      <w:noProof/>
      <w:color w:val="007020"/>
      <w:sz w:val="22"/>
      <w:szCs w:val="22"/>
    </w:rPr>
  </w:style>
  <w:style w:type="character" w:customStyle="1" w:styleId="FunctionTok">
    <w:name w:val="FunctionTok"/>
    <w:basedOn w:val="VerbatimChar"/>
    <w:rPr>
      <w:rFonts w:ascii="Consolas" w:hAnsi="Consolas" w:cs="Consolas"/>
      <w:noProof/>
      <w:color w:val="06287E"/>
      <w:sz w:val="22"/>
      <w:szCs w:val="22"/>
    </w:rPr>
  </w:style>
  <w:style w:type="character" w:customStyle="1" w:styleId="VariableTok">
    <w:name w:val="VariableTok"/>
    <w:basedOn w:val="VerbatimChar"/>
    <w:rPr>
      <w:rFonts w:ascii="Consolas" w:hAnsi="Consolas" w:cs="Consolas"/>
      <w:noProof/>
      <w:color w:val="19177C"/>
      <w:sz w:val="22"/>
      <w:szCs w:val="22"/>
    </w:rPr>
  </w:style>
  <w:style w:type="character" w:customStyle="1" w:styleId="ControlFlowTok">
    <w:name w:val="ControlFlowTok"/>
    <w:basedOn w:val="VerbatimChar"/>
    <w:rPr>
      <w:rFonts w:ascii="Consolas" w:hAnsi="Consolas" w:cs="Consolas"/>
      <w:b/>
      <w:noProof/>
      <w:color w:val="007020"/>
      <w:sz w:val="22"/>
      <w:szCs w:val="22"/>
    </w:rPr>
  </w:style>
  <w:style w:type="character" w:customStyle="1" w:styleId="OperatorTok">
    <w:name w:val="OperatorTok"/>
    <w:basedOn w:val="VerbatimChar"/>
    <w:rPr>
      <w:rFonts w:ascii="Consolas" w:hAnsi="Consolas" w:cs="Consolas"/>
      <w:noProof/>
      <w:color w:val="666666"/>
      <w:sz w:val="22"/>
      <w:szCs w:val="22"/>
    </w:rPr>
  </w:style>
  <w:style w:type="character" w:customStyle="1" w:styleId="BuiltInTok">
    <w:name w:val="BuiltInTok"/>
    <w:basedOn w:val="VerbatimChar"/>
    <w:rPr>
      <w:rFonts w:ascii="Consolas" w:hAnsi="Consolas" w:cs="Consolas"/>
      <w:noProof/>
      <w:color w:val="008000"/>
      <w:sz w:val="22"/>
      <w:szCs w:val="22"/>
    </w:rPr>
  </w:style>
  <w:style w:type="character" w:customStyle="1" w:styleId="ExtensionTok">
    <w:name w:val="ExtensionTok"/>
    <w:basedOn w:val="VerbatimChar"/>
    <w:rPr>
      <w:rFonts w:ascii="Consolas" w:hAnsi="Consolas" w:cs="Consolas"/>
      <w:noProof/>
      <w:sz w:val="22"/>
      <w:szCs w:val="22"/>
    </w:rPr>
  </w:style>
  <w:style w:type="character" w:customStyle="1" w:styleId="PreprocessorTok">
    <w:name w:val="PreprocessorTok"/>
    <w:basedOn w:val="VerbatimChar"/>
    <w:rPr>
      <w:rFonts w:ascii="Consolas" w:hAnsi="Consolas" w:cs="Consolas"/>
      <w:noProof/>
      <w:color w:val="BC7A00"/>
      <w:sz w:val="22"/>
      <w:szCs w:val="22"/>
    </w:rPr>
  </w:style>
  <w:style w:type="character" w:customStyle="1" w:styleId="AttributeTok">
    <w:name w:val="AttributeTok"/>
    <w:basedOn w:val="VerbatimChar"/>
    <w:rPr>
      <w:rFonts w:ascii="Consolas" w:hAnsi="Consolas" w:cs="Consolas"/>
      <w:noProof/>
      <w:color w:val="7D9029"/>
      <w:sz w:val="22"/>
      <w:szCs w:val="22"/>
    </w:rPr>
  </w:style>
  <w:style w:type="character" w:customStyle="1" w:styleId="RegionMarkerTok">
    <w:name w:val="RegionMarkerTok"/>
    <w:basedOn w:val="VerbatimChar"/>
    <w:rPr>
      <w:rFonts w:ascii="Consolas" w:hAnsi="Consolas" w:cs="Consolas"/>
      <w:noProof/>
      <w:sz w:val="22"/>
      <w:szCs w:val="22"/>
    </w:rPr>
  </w:style>
  <w:style w:type="character" w:customStyle="1" w:styleId="InformationTok">
    <w:name w:val="InformationTok"/>
    <w:basedOn w:val="VerbatimChar"/>
    <w:rPr>
      <w:rFonts w:ascii="Consolas" w:hAnsi="Consolas" w:cs="Consolas"/>
      <w:b/>
      <w:i/>
      <w:noProof/>
      <w:color w:val="60A0B0"/>
      <w:sz w:val="22"/>
      <w:szCs w:val="22"/>
    </w:rPr>
  </w:style>
  <w:style w:type="character" w:customStyle="1" w:styleId="WarningTok">
    <w:name w:val="WarningTok"/>
    <w:basedOn w:val="VerbatimChar"/>
    <w:rPr>
      <w:rFonts w:ascii="Consolas" w:hAnsi="Consolas" w:cs="Consolas"/>
      <w:b/>
      <w:i/>
      <w:noProof/>
      <w:color w:val="60A0B0"/>
      <w:sz w:val="22"/>
      <w:szCs w:val="22"/>
    </w:rPr>
  </w:style>
  <w:style w:type="character" w:customStyle="1" w:styleId="AlertTok">
    <w:name w:val="AlertTok"/>
    <w:basedOn w:val="VerbatimChar"/>
    <w:rPr>
      <w:rFonts w:ascii="Consolas" w:hAnsi="Consolas" w:cs="Consolas"/>
      <w:b/>
      <w:noProof/>
      <w:color w:val="FF0000"/>
      <w:sz w:val="22"/>
      <w:szCs w:val="22"/>
    </w:rPr>
  </w:style>
  <w:style w:type="character" w:customStyle="1" w:styleId="ErrorTok">
    <w:name w:val="ErrorTok"/>
    <w:basedOn w:val="VerbatimChar"/>
    <w:rPr>
      <w:rFonts w:ascii="Consolas" w:hAnsi="Consolas" w:cs="Consolas"/>
      <w:b/>
      <w:noProof/>
      <w:color w:val="FF0000"/>
      <w:sz w:val="22"/>
      <w:szCs w:val="22"/>
    </w:rPr>
  </w:style>
  <w:style w:type="character" w:customStyle="1" w:styleId="NormalTok">
    <w:name w:val="NormalTok"/>
    <w:basedOn w:val="VerbatimChar"/>
    <w:rPr>
      <w:rFonts w:ascii="Consolas" w:hAnsi="Consolas" w:cs="Consolas"/>
      <w:noProof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AA122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12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Rafał  Karpiński</dc:creator>
  <cp:keywords/>
  <cp:lastModifiedBy>Monika Karpińska</cp:lastModifiedBy>
  <cp:revision>4</cp:revision>
  <cp:lastPrinted>2026-09-01T05:32:00Z</cp:lastPrinted>
  <dcterms:created xsi:type="dcterms:W3CDTF">2026-09-04T09:40:00Z</dcterms:created>
  <dcterms:modified xsi:type="dcterms:W3CDTF">2026-09-04T09:53:00Z</dcterms:modified>
</cp:coreProperties>
</file>